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after="160"/>
      </w:pPr>
      <w:r>
        <w:rPr>
          <w:rFonts w:ascii="Arial" w:hAnsi="Arial"/>
          <w:b/>
          <w:color w:val="1C1A18"/>
          <w:sz w:val="60"/>
        </w:rPr>
        <w:t>PROJECT BRIEF</w:t>
      </w:r>
    </w:p>
    <w:p>
      <w:pPr>
        <w:spacing w:after="480"/>
      </w:pPr>
      <w:r>
        <w:rPr>
          <w:rFonts w:ascii="Arial" w:hAnsi="Arial"/>
          <w:b w:val="0"/>
          <w:color w:val="7B2638"/>
          <w:sz w:val="34"/>
        </w:rPr>
        <w:t>Let’s begin with the right questions</w:t>
      </w:r>
    </w:p>
    <w:p>
      <w:pPr>
        <w:spacing w:after="360" w:line="324" w:lineRule="auto"/>
      </w:pPr>
      <w:r>
        <w:rPr>
          <w:rFonts w:ascii="Arial" w:hAnsi="Arial"/>
          <w:b w:val="0"/>
          <w:color w:val="6F6A63"/>
          <w:sz w:val="23"/>
        </w:rPr>
        <w:t>This document will help me understand the task, context and scale of the project before our first working meeting. Complete it in Word or Google Docs, save it and email it to cterpenie@yandex.ru with [БРИФ] in the subject line. Fields marked with an asterisk are required. Your answers remain in your file: the website does not receive or store them.</w:t>
      </w:r>
    </w:p>
    <w:p>
      <w:pPr>
        <w:spacing w:before="120" w:after="60"/>
      </w:pPr>
      <w:r>
        <w:rPr>
          <w:rFonts w:ascii="Arial" w:hAnsi="Arial"/>
          <w:b/>
          <w:color w:val="6F6A63"/>
          <w:sz w:val="17"/>
        </w:rPr>
        <w:t>01 / 06</w:t>
      </w:r>
    </w:p>
    <w:p>
      <w:pPr>
        <w:pStyle w:val="Heading1"/>
      </w:pPr>
      <w:r>
        <w:rPr>
          <w:rFonts w:ascii="Arial" w:hAnsi="Arial"/>
          <w:b/>
          <w:color w:val="7B2638"/>
          <w:sz w:val="36"/>
        </w:rPr>
        <w:t>CONTACT DETAILS</w:t>
      </w:r>
    </w:p>
    <w:p>
      <w:pPr>
        <w:keepNext/>
        <w:spacing w:before="160" w:after="80"/>
      </w:pPr>
      <w:r>
        <w:rPr>
          <w:rFonts w:ascii="Arial" w:hAnsi="Arial"/>
          <w:b/>
          <w:color w:val="1C1A18"/>
          <w:sz w:val="19"/>
        </w:rPr>
        <w:t>Company or brand name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p>
        </w:tc>
      </w:tr>
    </w:tbl>
    <w:p>
      <w:pPr>
        <w:keepNext/>
        <w:spacing w:before="160" w:after="80"/>
      </w:pPr>
      <w:r>
        <w:rPr>
          <w:rFonts w:ascii="Arial" w:hAnsi="Arial"/>
          <w:b/>
          <w:color w:val="1C1A18"/>
          <w:sz w:val="19"/>
        </w:rPr>
        <w:t>Contact person and role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p>
        </w:tc>
      </w:tr>
    </w:tbl>
    <w:p>
      <w:pPr>
        <w:keepNext/>
        <w:spacing w:before="160" w:after="80"/>
      </w:pPr>
      <w:r>
        <w:rPr>
          <w:rFonts w:ascii="Arial" w:hAnsi="Arial"/>
          <w:b/>
          <w:color w:val="1C1A18"/>
          <w:sz w:val="19"/>
        </w:rPr>
        <w:t>Contact email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p>
        </w:tc>
      </w:tr>
    </w:tbl>
    <w:p>
      <w:pPr>
        <w:keepNext/>
        <w:spacing w:before="160" w:after="80"/>
      </w:pPr>
      <w:r>
        <w:rPr>
          <w:rFonts w:ascii="Arial" w:hAnsi="Arial"/>
          <w:b/>
          <w:color w:val="1C1A18"/>
          <w:sz w:val="19"/>
        </w:rPr>
        <w:t>Phone number or preferred messenger</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p>
        </w:tc>
      </w:tr>
    </w:tbl>
    <w:p>
      <w:pPr>
        <w:keepNext/>
        <w:spacing w:before="160" w:after="80"/>
      </w:pPr>
      <w:r>
        <w:rPr>
          <w:rFonts w:ascii="Arial" w:hAnsi="Arial"/>
          <w:b/>
          <w:color w:val="1C1A18"/>
          <w:sz w:val="19"/>
        </w:rPr>
        <w:t>City and operating geography</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p>
        </w:tc>
      </w:tr>
    </w:tbl>
    <w:p>
      <w:pPr>
        <w:keepNext/>
        <w:spacing w:before="160" w:after="80"/>
      </w:pPr>
      <w:r>
        <w:rPr>
          <w:rFonts w:ascii="Arial" w:hAnsi="Arial"/>
          <w:b/>
          <w:color w:val="1C1A18"/>
          <w:sz w:val="19"/>
        </w:rPr>
        <w:t>Website and social media links</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p>
        </w:tc>
      </w:tr>
    </w:tbl>
    <w:p>
      <w:r>
        <w:br w:type="page"/>
      </w:r>
    </w:p>
    <w:p>
      <w:pPr>
        <w:spacing w:before="120" w:after="60"/>
      </w:pPr>
      <w:r>
        <w:rPr>
          <w:rFonts w:ascii="Arial" w:hAnsi="Arial"/>
          <w:b/>
          <w:color w:val="6F6A63"/>
          <w:sz w:val="17"/>
        </w:rPr>
        <w:t>02 / 06</w:t>
      </w:r>
    </w:p>
    <w:p>
      <w:pPr>
        <w:pStyle w:val="Heading1"/>
      </w:pPr>
      <w:r>
        <w:rPr>
          <w:rFonts w:ascii="Arial" w:hAnsi="Arial"/>
          <w:b/>
          <w:color w:val="7B2638"/>
          <w:sz w:val="36"/>
        </w:rPr>
        <w:t>COMPANY AND PRODUCT</w:t>
      </w:r>
    </w:p>
    <w:p>
      <w:pPr>
        <w:keepNext/>
        <w:spacing w:before="160" w:after="80"/>
      </w:pPr>
      <w:r>
        <w:rPr>
          <w:rFonts w:ascii="Arial" w:hAnsi="Arial"/>
          <w:b/>
          <w:color w:val="1C1A18"/>
          <w:sz w:val="19"/>
        </w:rPr>
        <w:t>What does the company do? Describe its key products and services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What is the product’s value and its key competitive advantage?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Which core customer problems does the product or service solve?</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Do you have a visual identity, brand book, tone of voice or other brand materials?</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Who do you consider your direct and indirect competitors?</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Who will take part in the project and who makes the final decision?</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p>
        </w:tc>
      </w:tr>
    </w:tbl>
    <w:p>
      <w:r>
        <w:br w:type="page"/>
      </w:r>
    </w:p>
    <w:p>
      <w:pPr>
        <w:spacing w:before="120" w:after="60"/>
      </w:pPr>
      <w:r>
        <w:rPr>
          <w:rFonts w:ascii="Arial" w:hAnsi="Arial"/>
          <w:b/>
          <w:color w:val="6F6A63"/>
          <w:sz w:val="17"/>
        </w:rPr>
        <w:t>03 / 06</w:t>
      </w:r>
    </w:p>
    <w:p>
      <w:pPr>
        <w:pStyle w:val="Heading1"/>
      </w:pPr>
      <w:r>
        <w:rPr>
          <w:rFonts w:ascii="Arial" w:hAnsi="Arial"/>
          <w:b/>
          <w:color w:val="7B2638"/>
          <w:sz w:val="36"/>
        </w:rPr>
        <w:t>PROJECT OBJECTIVES</w:t>
      </w:r>
    </w:p>
    <w:p>
      <w:pPr>
        <w:keepNext/>
        <w:spacing w:before="160" w:after="80"/>
      </w:pPr>
      <w:r>
        <w:rPr>
          <w:rFonts w:ascii="Arial" w:hAnsi="Arial"/>
          <w:b/>
          <w:color w:val="1C1A18"/>
          <w:sz w:val="19"/>
        </w:rPr>
        <w:t>Which commercial goals matter most?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Which business metrics or KPIs should change?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Which marketing objectives should the project address?</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Which PR and reputation objectives should be addressed?</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How will you know in 3–6 months that the project has succeeded?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r>
        <w:br w:type="page"/>
      </w:r>
    </w:p>
    <w:p>
      <w:pPr>
        <w:spacing w:before="120" w:after="60"/>
      </w:pPr>
      <w:r>
        <w:rPr>
          <w:rFonts w:ascii="Arial" w:hAnsi="Arial"/>
          <w:b/>
          <w:color w:val="6F6A63"/>
          <w:sz w:val="17"/>
        </w:rPr>
        <w:t>04 / 06</w:t>
      </w:r>
    </w:p>
    <w:p>
      <w:pPr>
        <w:pStyle w:val="Heading1"/>
      </w:pPr>
      <w:r>
        <w:rPr>
          <w:rFonts w:ascii="Arial" w:hAnsi="Arial"/>
          <w:b/>
          <w:color w:val="7B2638"/>
          <w:sz w:val="36"/>
        </w:rPr>
        <w:t>CONTEXT AND AUDIENCE</w:t>
      </w:r>
    </w:p>
    <w:p>
      <w:pPr>
        <w:keepNext/>
        <w:spacing w:before="160" w:after="80"/>
      </w:pPr>
      <w:r>
        <w:rPr>
          <w:rFonts w:ascii="Arial" w:hAnsi="Arial"/>
          <w:b/>
          <w:color w:val="1C1A18"/>
          <w:sz w:val="19"/>
        </w:rPr>
        <w:t>Why has this need emerged now? What have you tried already?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Your market position: strengths, weaknesses and growth opportunities</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Describe the target audience: geography, age, income, interests and behaviour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What does the audience currently think about the brand? What should change?</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What is the one message the customer should remember?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r>
        <w:br w:type="page"/>
      </w:r>
    </w:p>
    <w:p>
      <w:pPr>
        <w:spacing w:before="120" w:after="60"/>
      </w:pPr>
      <w:r>
        <w:rPr>
          <w:rFonts w:ascii="Arial" w:hAnsi="Arial"/>
          <w:b/>
          <w:color w:val="6F6A63"/>
          <w:sz w:val="17"/>
        </w:rPr>
        <w:t>05 / 06</w:t>
      </w:r>
    </w:p>
    <w:p>
      <w:pPr>
        <w:pStyle w:val="Heading1"/>
      </w:pPr>
      <w:r>
        <w:rPr>
          <w:rFonts w:ascii="Arial" w:hAnsi="Arial"/>
          <w:b/>
          <w:color w:val="7B2638"/>
          <w:sz w:val="36"/>
        </w:rPr>
        <w:t>COMMUNICATION</w:t>
      </w:r>
    </w:p>
    <w:p>
      <w:pPr>
        <w:keepNext/>
        <w:spacing w:before="160" w:after="80"/>
      </w:pPr>
      <w:r>
        <w:rPr>
          <w:rFonts w:ascii="Arial" w:hAnsi="Arial"/>
          <w:b/>
          <w:color w:val="1C1A18"/>
          <w:sz w:val="19"/>
        </w:rPr>
        <w:t>What should a person feel, understand and do after encountering the brand?</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Which channels are active now and which would you like to develop?</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Which content formats, special projects or activities feel right for the brand?</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Dos and don’ts: topics, language, visual decisions and legal restrictions</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Links to references, research or materials that will help clarify the task (attach additional files to the email)</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r>
        <w:br w:type="page"/>
      </w:r>
    </w:p>
    <w:p>
      <w:pPr>
        <w:spacing w:before="120" w:after="60"/>
      </w:pPr>
      <w:r>
        <w:rPr>
          <w:rFonts w:ascii="Arial" w:hAnsi="Arial"/>
          <w:b/>
          <w:color w:val="6F6A63"/>
          <w:sz w:val="17"/>
        </w:rPr>
        <w:t>06 / 06</w:t>
      </w:r>
    </w:p>
    <w:p>
      <w:pPr>
        <w:pStyle w:val="Heading1"/>
      </w:pPr>
      <w:r>
        <w:rPr>
          <w:rFonts w:ascii="Arial" w:hAnsi="Arial"/>
          <w:b/>
          <w:color w:val="7B2638"/>
          <w:sz w:val="36"/>
        </w:rPr>
        <w:t>RESOURCES AND TIMING</w:t>
      </w:r>
    </w:p>
    <w:p>
      <w:pPr>
        <w:keepNext/>
        <w:spacing w:before="160" w:after="80"/>
      </w:pPr>
      <w:r>
        <w:rPr>
          <w:rFonts w:ascii="Arial" w:hAnsi="Arial"/>
          <w:b/>
          <w:color w:val="1C1A18"/>
          <w:sz w:val="19"/>
        </w:rPr>
        <w:t>What outcome do you expect: strategy, launch, ongoing support, team or special project?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Indicative project and media budget *</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Preferred start date and key deadlines</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Which materials already exist and what needs to be created from scratch?</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Pr>
        <w:keepNext/>
        <w:spacing w:before="160" w:after="80"/>
      </w:pPr>
      <w:r>
        <w:rPr>
          <w:rFonts w:ascii="Arial" w:hAnsi="Arial"/>
          <w:b/>
          <w:color w:val="1C1A18"/>
          <w:sz w:val="19"/>
        </w:rPr>
        <w:t>What else should I know before we begin?</w:t>
      </w:r>
    </w:p>
    <w:tbl>
      <w:tblPr>
        <w:tblW w:type="auto" w:w="0"/>
        <w:jc w:val="left"/>
        <w:tblLayout w:type="fixed"/>
        <w:tblLook w:firstColumn="1" w:firstRow="1" w:lastColumn="0" w:lastRow="0" w:noHBand="0" w:noVBand="1" w:val="04A0"/>
      </w:tblPr>
      <w:tblGrid>
        <w:gridCol w:w="10091"/>
      </w:tblGrid>
      <w:tr>
        <w:tc>
          <w:tcPr>
            <w:tcW w:type="dxa" w:w="10091"/>
            <w:vAlign w:val="top"/>
            <w:tcMar>
              <w:top w:w="130" w:type="dxa"/>
              <w:start w:w="160" w:type="dxa"/>
              <w:bottom w:w="130" w:type="dxa"/>
              <w:end w:w="160" w:type="dxa"/>
            </w:tcMar>
            <w:tcBorders>
              <w:top w:val="single" w:sz="6" w:color="C7BFB3"/>
              <w:start w:val="single" w:sz="6" w:color="C7BFB3"/>
              <w:bottom w:val="single" w:sz="6" w:color="C7BFB3"/>
              <w:end w:val="single" w:sz="6" w:color="C7BFB3"/>
            </w:tcBorders>
            <w:shd w:fill="FFFFFF"/>
          </w:tcPr>
          <w:p>
            <w:pPr>
              <w:spacing w:after="0" w:line="276" w:lineRule="auto"/>
            </w:pPr>
            <w:r>
              <w:rPr>
                <w:rFonts w:ascii="Arial" w:hAnsi="Arial"/>
                <w:b w:val="0"/>
                <w:color w:val="1C1A18"/>
                <w:sz w:val="21"/>
              </w:rPr>
              <w:t xml:space="preserve"> </w:t>
            </w:r>
            <w:r>
              <w:br/>
            </w:r>
            <w:r>
              <w:rPr>
                <w:rFonts w:ascii="Arial" w:hAnsi="Arial"/>
                <w:b w:val="0"/>
                <w:color w:val="1C1A18"/>
                <w:sz w:val="21"/>
              </w:rPr>
              <w:t xml:space="preserve"> </w:t>
            </w:r>
            <w:r>
              <w:br/>
            </w:r>
            <w:r>
              <w:rPr>
                <w:rFonts w:ascii="Arial" w:hAnsi="Arial"/>
                <w:b w:val="0"/>
                <w:color w:val="1C1A18"/>
                <w:sz w:val="21"/>
              </w:rPr>
              <w:t xml:space="preserve"> </w:t>
            </w:r>
          </w:p>
        </w:tc>
      </w:tr>
    </w:tbl>
    <w:p/>
    <w:p>
      <w:pPr>
        <w:spacing w:before="120" w:after="0"/>
      </w:pPr>
      <w:r>
        <w:rPr>
          <w:rFonts w:ascii="Arial" w:hAnsi="Arial"/>
          <w:b w:val="0"/>
          <w:color w:val="6F6A63"/>
          <w:sz w:val="19"/>
        </w:rPr>
        <w:t>Email the completed DOCX to cterpenie@yandex.ru with [БРИФ] in the subject line. Additional references and materials may be attached as separate files.</w:t>
      </w:r>
    </w:p>
    <w:sectPr w:rsidR="00FC693F" w:rsidRPr="0006063C" w:rsidSect="00034616">
      <w:headerReference w:type="default" r:id="rId9"/>
      <w:footerReference w:type="default" r:id="rId10"/>
      <w:pgSz w:w="11906" w:h="16838"/>
      <w:pgMar w:top="879" w:right="907" w:bottom="850" w:left="907" w:header="397"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color w:val="6F6A63"/>
        <w:sz w:val="16"/>
      </w:rPr>
      <w:t>maria-raikhel.terpenie.chatgpt.site/brief</w:t>
    </w:r>
    <w:r>
      <w:rPr>
        <w:rFonts w:ascii="Arial" w:hAnsi="Arial"/>
        <w:b w:val="0"/>
        <w:color w:val="6F6A63"/>
        <w:sz w:val="16"/>
      </w:rPr>
      <w:t xml:space="preserve">                                                            </w:t>
    </w:r>
    <w:r>
      <w:rPr>
        <w:rFonts w:ascii="Arial" w:hAnsi="Arial"/>
        <w:b w:val="0"/>
        <w:color w:val="6F6A63"/>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color="7B2638" w:space="4"/>
      </w:pBdr>
    </w:pPr>
    <w:r>
      <w:rPr>
        <w:rFonts w:ascii="Arial" w:hAnsi="Arial"/>
        <w:b/>
        <w:color w:val="1C1A18"/>
        <w:sz w:val="17"/>
      </w:rPr>
      <w:t>MARIIA RAYKHEL</w:t>
    </w:r>
    <w:r>
      <w:rPr>
        <w:rFonts w:ascii="Arial" w:hAnsi="Arial"/>
        <w:b w:val="0"/>
        <w:color w:val="1C1A18"/>
        <w:sz w:val="17"/>
      </w:rPr>
      <w:t xml:space="preserve">                                             </w:t>
    </w:r>
    <w:r>
      <w:rPr>
        <w:rFonts w:ascii="Arial" w:hAnsi="Arial"/>
        <w:b/>
        <w:color w:val="7B2638"/>
        <w:sz w:val="17"/>
      </w:rPr>
      <w:t>BRIEF /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color w:val="1C1A1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60"/>
      <w:outlineLvl w:val="0"/>
    </w:pPr>
    <w:rPr>
      <w:rFonts w:asciiTheme="majorHAnsi" w:eastAsiaTheme="majorEastAsia" w:hAnsiTheme="majorHAnsi" w:cstheme="majorBidi" w:ascii="Arial" w:hAnsi="Arial"/>
      <w:b/>
      <w:bCs/>
      <w:color w:val="7B2638"/>
      <w:sz w:val="3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b/>
      <w:bCs/>
      <w:color w:val="7B2638"/>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pPr>
    <w:rPr>
      <w:rFonts w:asciiTheme="majorHAnsi" w:eastAsiaTheme="majorEastAsia" w:hAnsiTheme="majorHAnsi" w:cstheme="majorBidi" w:ascii="Arial" w:hAnsi="Arial"/>
      <w:b/>
      <w:bCs/>
      <w:color w:val="7B26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brief — Mariia Raykhel</dc:title>
  <dc:subject>Project brief</dc:subject>
  <dc:creator>Mariia Raykhel</dc:creator>
  <cp:keywords/>
  <dc:description>generated by python-docx</dc:description>
  <cp:lastModifiedBy/>
  <cp:revision>1</cp:revision>
  <dcterms:created xsi:type="dcterms:W3CDTF">2013-12-23T23:15:00Z</dcterms:created>
  <dcterms:modified xsi:type="dcterms:W3CDTF">2013-12-23T23:15:00Z</dcterms:modified>
  <cp:category/>
</cp:coreProperties>
</file>